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C908C" w14:textId="345793CF" w:rsidR="00747E91" w:rsidRDefault="00BB1102" w:rsidP="00BB1102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Исх. № __ / У</w:t>
      </w:r>
      <w:r w:rsidRPr="00BB1102">
        <w:rPr>
          <w:rFonts w:ascii="Times New Roman" w:hAnsi="Times New Roman" w:cs="Times New Roman"/>
          <w:lang w:val="ru-RU"/>
        </w:rPr>
        <w:br/>
        <w:t>«__» _______ 20__ г.</w:t>
      </w:r>
    </w:p>
    <w:p w14:paraId="1ECE4DD5" w14:textId="77777777" w:rsidR="00BB1102" w:rsidRPr="00BB1102" w:rsidRDefault="00BB1102" w:rsidP="00BB1102">
      <w:pPr>
        <w:pStyle w:val="a9"/>
        <w:jc w:val="right"/>
        <w:rPr>
          <w:rFonts w:ascii="Times New Roman" w:hAnsi="Times New Roman" w:cs="Times New Roman"/>
          <w:lang w:val="ru-RU"/>
        </w:rPr>
      </w:pPr>
    </w:p>
    <w:p w14:paraId="2BA22BE5" w14:textId="10A7F7F9" w:rsidR="00747E91" w:rsidRDefault="00BB1102" w:rsidP="00BB1102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b/>
          <w:lang w:val="ru-RU"/>
        </w:rPr>
        <w:t>ООО «Пример»</w:t>
      </w:r>
      <w:r w:rsidRPr="00BB1102">
        <w:rPr>
          <w:rFonts w:ascii="Times New Roman" w:hAnsi="Times New Roman" w:cs="Times New Roman"/>
          <w:b/>
          <w:lang w:val="ru-RU"/>
        </w:rPr>
        <w:br/>
      </w:r>
      <w:r w:rsidRPr="00BB1102">
        <w:rPr>
          <w:rFonts w:ascii="Times New Roman" w:hAnsi="Times New Roman" w:cs="Times New Roman"/>
          <w:lang w:val="ru-RU"/>
        </w:rPr>
        <w:t>ИНН _______________</w:t>
      </w:r>
      <w:r w:rsidRPr="00BB1102">
        <w:rPr>
          <w:rFonts w:ascii="Times New Roman" w:hAnsi="Times New Roman" w:cs="Times New Roman"/>
          <w:lang w:val="ru-RU"/>
        </w:rPr>
        <w:br/>
        <w:t>Юридический адрес: _______________</w:t>
      </w:r>
      <w:r w:rsidRPr="00BB1102">
        <w:rPr>
          <w:rFonts w:ascii="Times New Roman" w:hAnsi="Times New Roman" w:cs="Times New Roman"/>
          <w:lang w:val="ru-RU"/>
        </w:rPr>
        <w:br/>
        <w:t>В лице: ______________________</w:t>
      </w:r>
      <w:r w:rsidRPr="00BB1102">
        <w:rPr>
          <w:rFonts w:ascii="Times New Roman" w:hAnsi="Times New Roman" w:cs="Times New Roman"/>
          <w:lang w:val="ru-RU"/>
        </w:rPr>
        <w:br/>
      </w:r>
      <w:r w:rsidRPr="00BB1102">
        <w:rPr>
          <w:rFonts w:ascii="Times New Roman" w:hAnsi="Times New Roman" w:cs="Times New Roman"/>
          <w:lang w:val="ru-RU"/>
        </w:rPr>
        <w:br/>
      </w:r>
      <w:r w:rsidRPr="00BB1102">
        <w:rPr>
          <w:rFonts w:ascii="Times New Roman" w:hAnsi="Times New Roman" w:cs="Times New Roman"/>
          <w:b/>
          <w:lang w:val="ru-RU"/>
        </w:rPr>
        <w:t>Кому:</w:t>
      </w:r>
      <w:r w:rsidRPr="00BB1102">
        <w:rPr>
          <w:rFonts w:ascii="Times New Roman" w:hAnsi="Times New Roman" w:cs="Times New Roman"/>
          <w:b/>
          <w:lang w:val="ru-RU"/>
        </w:rPr>
        <w:br/>
      </w:r>
      <w:r w:rsidRPr="00BB1102">
        <w:rPr>
          <w:rFonts w:ascii="Times New Roman" w:hAnsi="Times New Roman" w:cs="Times New Roman"/>
          <w:lang w:val="ru-RU"/>
        </w:rPr>
        <w:t>ООО «Контрагент»</w:t>
      </w:r>
      <w:r w:rsidRPr="00BB1102">
        <w:rPr>
          <w:rFonts w:ascii="Times New Roman" w:hAnsi="Times New Roman" w:cs="Times New Roman"/>
          <w:lang w:val="ru-RU"/>
        </w:rPr>
        <w:br/>
        <w:t>ИНН _______________</w:t>
      </w:r>
      <w:r w:rsidRPr="00BB1102">
        <w:rPr>
          <w:rFonts w:ascii="Times New Roman" w:hAnsi="Times New Roman" w:cs="Times New Roman"/>
          <w:lang w:val="ru-RU"/>
        </w:rPr>
        <w:br/>
        <w:t>Адрес: _______________</w:t>
      </w:r>
      <w:r w:rsidRPr="00BB1102">
        <w:rPr>
          <w:rFonts w:ascii="Times New Roman" w:hAnsi="Times New Roman" w:cs="Times New Roman"/>
          <w:lang w:val="ru-RU"/>
        </w:rPr>
        <w:br/>
      </w:r>
      <w:bookmarkStart w:id="0" w:name="_GoBack"/>
      <w:bookmarkEnd w:id="0"/>
    </w:p>
    <w:p w14:paraId="16E0B74B" w14:textId="53EC892E" w:rsidR="00BB1102" w:rsidRPr="00BB1102" w:rsidRDefault="00BB1102" w:rsidP="00BB1102">
      <w:pPr>
        <w:pStyle w:val="a9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B1102">
        <w:rPr>
          <w:rFonts w:ascii="Times New Roman" w:hAnsi="Times New Roman" w:cs="Times New Roman"/>
          <w:b/>
          <w:bCs/>
          <w:sz w:val="32"/>
          <w:szCs w:val="32"/>
          <w:lang w:val="ru-RU"/>
        </w:rPr>
        <w:t>Уведомление о переходе на НДС</w:t>
      </w:r>
    </w:p>
    <w:p w14:paraId="6883B8AD" w14:textId="77777777" w:rsidR="00BB1102" w:rsidRP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</w:p>
    <w:p w14:paraId="077AAC4A" w14:textId="6B8CB1DA" w:rsidR="00747E91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 xml:space="preserve">Уважаемые </w:t>
      </w:r>
      <w:r w:rsidRPr="00BB1102">
        <w:rPr>
          <w:rFonts w:ascii="Times New Roman" w:hAnsi="Times New Roman" w:cs="Times New Roman"/>
          <w:lang w:val="ru-RU"/>
        </w:rPr>
        <w:t>господа!</w:t>
      </w:r>
    </w:p>
    <w:p w14:paraId="0F8FF15C" w14:textId="77777777" w:rsidR="00BB1102" w:rsidRPr="00BB1102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</w:p>
    <w:p w14:paraId="083039ED" w14:textId="202AFEF6" w:rsidR="00747E91" w:rsidRPr="00BB1102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 xml:space="preserve">Настоящим уведомляем Вас о том, что с «__» _______ 20__ года ООО «Пример» переходит на статус плательщика НДС в связи с </w:t>
      </w:r>
      <w:r w:rsidRPr="00BB1102">
        <w:rPr>
          <w:rFonts w:ascii="Times New Roman" w:hAnsi="Times New Roman" w:cs="Times New Roman"/>
          <w:lang w:val="ru-RU"/>
        </w:rPr>
        <w:t>превышением лимита доходов, установленного законодательством. С указанной даты ООО «Пример» бу</w:t>
      </w:r>
      <w:r w:rsidRPr="00BB1102">
        <w:rPr>
          <w:rFonts w:ascii="Times New Roman" w:hAnsi="Times New Roman" w:cs="Times New Roman"/>
          <w:lang w:val="ru-RU"/>
        </w:rPr>
        <w:t>дет применять к своим поставкам следующие условия:</w:t>
      </w:r>
    </w:p>
    <w:p w14:paraId="5A5FBC6C" w14:textId="77777777" w:rsidR="00BB1102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</w:p>
    <w:p w14:paraId="3D2ADE90" w14:textId="25CC5F7E" w:rsidR="00747E91" w:rsidRPr="00BB1102" w:rsidRDefault="00BB1102" w:rsidP="00BB1102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Ставка НДС. Используемая ставка — __ %</w:t>
      </w:r>
      <w:r w:rsidRPr="00BB1102">
        <w:rPr>
          <w:rFonts w:ascii="Times New Roman" w:hAnsi="Times New Roman" w:cs="Times New Roman"/>
          <w:lang w:val="ru-RU"/>
        </w:rPr>
        <w:t>.</w:t>
      </w:r>
    </w:p>
    <w:p w14:paraId="30A90D42" w14:textId="77777777" w:rsidR="00747E91" w:rsidRPr="00BB1102" w:rsidRDefault="00BB1102" w:rsidP="00BB1102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Цена и порядок расчёта. Цена по договорам будет указана без НДС, и налог будет начисляться дополнительно. (Или: «Цена указана включа</w:t>
      </w:r>
      <w:r w:rsidRPr="00BB1102">
        <w:rPr>
          <w:rFonts w:ascii="Times New Roman" w:hAnsi="Times New Roman" w:cs="Times New Roman"/>
          <w:lang w:val="ru-RU"/>
        </w:rPr>
        <w:t>я НДС…»)</w:t>
      </w:r>
    </w:p>
    <w:p w14:paraId="606E79BC" w14:textId="77777777" w:rsidR="00747E91" w:rsidRPr="00BB1102" w:rsidRDefault="00BB1102" w:rsidP="00BB1102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Документы. Для оформления операций ООО «Пример» будет использовать УПД / счета‑фактуры с новыми реквизитами, соответствующими требованиям законодательства.</w:t>
      </w:r>
    </w:p>
    <w:p w14:paraId="09411C8F" w14:textId="77777777" w:rsidR="00747E91" w:rsidRPr="00BB1102" w:rsidRDefault="00BB1102" w:rsidP="00BB1102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Дата вступления в действие. Новые условия действуют с «__» _______ 20__ года.</w:t>
      </w:r>
    </w:p>
    <w:p w14:paraId="21F145B6" w14:textId="77777777" w:rsidR="00747E91" w:rsidRPr="00BB1102" w:rsidRDefault="00BB1102" w:rsidP="00BB1102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Авансы. Аванс</w:t>
      </w:r>
      <w:r w:rsidRPr="00BB1102">
        <w:rPr>
          <w:rFonts w:ascii="Times New Roman" w:hAnsi="Times New Roman" w:cs="Times New Roman"/>
          <w:lang w:val="ru-RU"/>
        </w:rPr>
        <w:t>ы / предоплаты, полученные после этой даты, будут вестись с учётом НДС. Авансы, оплаченные до перехода, остаются на прежних условиях (без НДС).</w:t>
      </w:r>
    </w:p>
    <w:p w14:paraId="400C0D97" w14:textId="77777777" w:rsidR="00747E91" w:rsidRPr="00BB1102" w:rsidRDefault="00BB1102" w:rsidP="00BB1102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Переходные положения. Все поставки / услуги / отгрузки до «__» _______ 20__ оформляются по прежним условиям, без</w:t>
      </w:r>
      <w:r w:rsidRPr="00BB1102">
        <w:rPr>
          <w:rFonts w:ascii="Times New Roman" w:hAnsi="Times New Roman" w:cs="Times New Roman"/>
          <w:lang w:val="ru-RU"/>
        </w:rPr>
        <w:t xml:space="preserve"> учета НДС, если между сторонами нет иного согласия.</w:t>
      </w:r>
    </w:p>
    <w:p w14:paraId="167ADE99" w14:textId="77777777" w:rsidR="00BB1102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</w:p>
    <w:p w14:paraId="297235B8" w14:textId="5B696192" w:rsidR="00747E91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Просим Вас в течение __ (10 / 15 / 20) рабочих дней направить нам Ваше согласие с предложенными условиями или свои возражения. После получения согласия мы подготовим и отправим Вам проект дополнительного</w:t>
      </w:r>
      <w:r w:rsidRPr="00BB1102">
        <w:rPr>
          <w:rFonts w:ascii="Times New Roman" w:hAnsi="Times New Roman" w:cs="Times New Roman"/>
          <w:lang w:val="ru-RU"/>
        </w:rPr>
        <w:t xml:space="preserve"> соглашения к договору № __ от «__» ______ 20__, где будут формализованы все изменения.</w:t>
      </w:r>
    </w:p>
    <w:p w14:paraId="74D10FB4" w14:textId="77777777" w:rsidR="00BB1102" w:rsidRPr="00BB1102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</w:p>
    <w:p w14:paraId="1D83A1D9" w14:textId="7EC7F4B7" w:rsidR="00747E91" w:rsidRDefault="00BB1102" w:rsidP="00BB1102">
      <w:pPr>
        <w:pStyle w:val="a9"/>
        <w:jc w:val="both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Если иных возражений не поступит, считаем, что Вы согласны, и будем действовать по обновлённым условиям с указанной даты.</w:t>
      </w:r>
    </w:p>
    <w:p w14:paraId="58041913" w14:textId="3042CCD6" w:rsid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</w:p>
    <w:p w14:paraId="5D66E019" w14:textId="77777777" w:rsid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</w:p>
    <w:p w14:paraId="263ED2C4" w14:textId="77777777" w:rsidR="00BB1102" w:rsidRP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</w:p>
    <w:p w14:paraId="5DE4B8AE" w14:textId="4EB007E8" w:rsidR="00747E91" w:rsidRDefault="00BB1102" w:rsidP="00BB1102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С уважением,</w:t>
      </w:r>
    </w:p>
    <w:p w14:paraId="522C2D8A" w14:textId="77777777" w:rsidR="00BB1102" w:rsidRPr="00BB1102" w:rsidRDefault="00BB1102" w:rsidP="00BB1102">
      <w:pPr>
        <w:pStyle w:val="a9"/>
        <w:jc w:val="right"/>
        <w:rPr>
          <w:rFonts w:ascii="Times New Roman" w:hAnsi="Times New Roman" w:cs="Times New Roman"/>
          <w:lang w:val="ru-RU"/>
        </w:rPr>
      </w:pPr>
    </w:p>
    <w:p w14:paraId="6014362F" w14:textId="77777777" w:rsidR="00BB1102" w:rsidRDefault="00BB1102" w:rsidP="00BB1102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 xml:space="preserve">(должность) __________________ / </w:t>
      </w:r>
      <w:r w:rsidRPr="00BB1102">
        <w:rPr>
          <w:rFonts w:ascii="Times New Roman" w:hAnsi="Times New Roman" w:cs="Times New Roman"/>
          <w:lang w:val="ru-RU"/>
        </w:rPr>
        <w:t>________________ /</w:t>
      </w:r>
      <w:r w:rsidRPr="00BB1102">
        <w:rPr>
          <w:rFonts w:ascii="Times New Roman" w:hAnsi="Times New Roman" w:cs="Times New Roman"/>
          <w:lang w:val="ru-RU"/>
        </w:rPr>
        <w:br/>
        <w:t>Печать</w:t>
      </w:r>
    </w:p>
    <w:p w14:paraId="1B93D7FC" w14:textId="1D5EFCC8" w:rsidR="00747E91" w:rsidRP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lastRenderedPageBreak/>
        <w:t>Приложения:</w:t>
      </w:r>
    </w:p>
    <w:p w14:paraId="11D19745" w14:textId="77777777" w:rsidR="00747E91" w:rsidRP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1. Проект дополнительного соглашения к договору № __ от «__» ______ 20__</w:t>
      </w:r>
    </w:p>
    <w:p w14:paraId="30A4F8CD" w14:textId="77777777" w:rsidR="00747E91" w:rsidRP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2. Новый прайс-лист с выделением НДС</w:t>
      </w:r>
    </w:p>
    <w:p w14:paraId="43E995EE" w14:textId="77777777" w:rsidR="00747E91" w:rsidRP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3. Образцы УПД / счета‑фактуры с новыми реквизитами</w:t>
      </w:r>
    </w:p>
    <w:p w14:paraId="7329B3E8" w14:textId="77777777" w:rsidR="00747E91" w:rsidRPr="00BB1102" w:rsidRDefault="00BB1102" w:rsidP="00BB1102">
      <w:pPr>
        <w:pStyle w:val="a9"/>
        <w:rPr>
          <w:rFonts w:ascii="Times New Roman" w:hAnsi="Times New Roman" w:cs="Times New Roman"/>
          <w:lang w:val="ru-RU"/>
        </w:rPr>
      </w:pPr>
      <w:r w:rsidRPr="00BB1102">
        <w:rPr>
          <w:rFonts w:ascii="Times New Roman" w:hAnsi="Times New Roman" w:cs="Times New Roman"/>
          <w:lang w:val="ru-RU"/>
        </w:rPr>
        <w:t>4. Спецификации / приложения к договору (при необходимос</w:t>
      </w:r>
      <w:r w:rsidRPr="00BB1102">
        <w:rPr>
          <w:rFonts w:ascii="Times New Roman" w:hAnsi="Times New Roman" w:cs="Times New Roman"/>
          <w:lang w:val="ru-RU"/>
        </w:rPr>
        <w:t>ти)</w:t>
      </w:r>
    </w:p>
    <w:sectPr w:rsidR="00747E91" w:rsidRPr="00BB11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3F94"/>
    <w:multiLevelType w:val="hybridMultilevel"/>
    <w:tmpl w:val="BEE01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7E91"/>
    <w:rsid w:val="00AA1D8D"/>
    <w:rsid w:val="00B47730"/>
    <w:rsid w:val="00BB110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6D816"/>
  <w14:defaultImageDpi w14:val="300"/>
  <w15:docId w15:val="{D7EC8641-C4F7-4263-8741-2768572A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D8AF64-650D-4DA7-80CB-096A1DAF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Антон Артёмов</cp:lastModifiedBy>
  <cp:revision>2</cp:revision>
  <dcterms:created xsi:type="dcterms:W3CDTF">2013-12-23T23:15:00Z</dcterms:created>
  <dcterms:modified xsi:type="dcterms:W3CDTF">2025-10-16T05:02:00Z</dcterms:modified>
  <cp:category/>
</cp:coreProperties>
</file>